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שעוזרים לעצור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לפני החלטה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צרכנית נבונה במצבים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ממשיכים עם ההחלטה שקיבלנו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עוצרים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הצעד הראשון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עוזרת להתרכז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אות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ומתארים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שלושה מחמשת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מבין שהעצירה מונעת קנייה לא מחושבת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נותן דוגמה דומה לסיפור בדף ומיישם עצירה ונשימה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כל אות עם תנועת גוף מתאימה (עצירה, שחרור כתפיים, נשימה)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לבקש מהתלמידים לשחק את הסיטואציה של הצעצוע והחלב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חמשת הצעדים בקול יחד לפני 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לפעמים רואים משהו יפה בחנות ורוצים לקנות אותו מיד. בדף הזה נלמד חמישה צעדים שעוזרים לעצור לרגע ולחשוב לפני שקונים.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דיבור  ·  לעצור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שמחליטים לקנות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וחושבים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אות מייצגת את הצעד נושמים?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בשלב האחרון, קדימה?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חוזרים הביתה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ממשיכים עם ההחלטה שקיבלנו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קונים הכל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כשרואים דבר יפה בחנות תמיד קונים אותו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לרגע לפני שמחליטים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עמוקה יכולה לעזור לנו להירגע ולחשוב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אות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דיבור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שקונים דבר חדש כדאי __________ רגע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עצמי זה לדבר עם עצמנו ולהחליט מה נכון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ומתארים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הצעדים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לעצור לפני שקונים דבר יקר?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