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שעוזרים לעצור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לפני החלטה על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התנהגות צרכנית נבונה במצבים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להחליט בצורה נבונה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ממשיכים עם ההחלטה שקיבלנו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עצר, נשם וקנה 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קודם עוצרים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הצעד הראשון בתהליך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נשימה עוזרת להתרכז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דיבור שעוזר להחליט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אחרי כל הצעדים ממשיכים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אות לצעד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(משחררים)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(דיבור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(קדימה)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הצעדים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ומתארים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מצב אישי ומיישם את חמשת השלבים: עוצרים, משחררים, נושמים, דיבור עצמי,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לפחות שלושה מחמשת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מבין שהעצירה מונעת קנייה לא מחושבת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נותן דוגמה דומה לסיפור בדף ומיישם עצירה ונשימה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כל אות עם תנועת גוף מתאימה (עצירה, שחרור כתפיים, נשימה)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לבקש מהתלמידים לשחק את הסיטואציה של הצעצוע והחלב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חמשת הצעדים בקול יחד לפני סיום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רואים דבר יפה בחנות. לפני שקונים - עוצרים ונושמים. בדף הזה נלמד את הצעדים.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עוצרים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מפסיקים לרגע ולא ממשיכים 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משחררים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מרפים את הגוף, לא מתוחים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שואפים אוויר לאט ועמוק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עם עצמנו ומחליטים מה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הלאה עם ההחלטה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צרכן/ית נבון/ה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שחושב/ת לפני שקונה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דחף קנייה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הרצון לקנות משהו מיד בלי לחשוב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לפני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וחושבים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בורחים מהחנות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אות זה נושמים?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מדברים עם עצמנו לפני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לשכוח את הקנייה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להחליט בצורה נבונה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חוזרים הביתה בכעס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עם ההחלטה שקיבלנו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קונים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עוצרים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הילד עשה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לקח את הצעצוע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עצר, נשם וקנה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בכה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ביקש כסף נוסף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כשרואים דבר יפה בחנות תמיד קונים אותו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לרגע לפני שמחליטים לקנות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עמוקה יכולה לעזור לנו להירגע ולחשוב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 זה לדבר בכעס על עצמנו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האחרון בתהליך נקרא קדימה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אות לצעד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משחררים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דיבור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הצעדים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קדימה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משחררים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שקונים דבר חדש כדאי __________ רגע ולחשוב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כשנושמים עמוק מרגישים יותר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עצמי זה לדבר עם עצמנו ולהחליט מה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בסיפור, יש כסף רק ל__________ ולכן לא קונים את הצעצוע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ומתארים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הייתם צריכים לעצור לפני קנייה. כתבו מה הייתם עושים בכל אחד מחמשת הצעדים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הצעדים לפני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לעצור לפני שקונים דבר יקר?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עושים אם רואים צעצוע יפה אבל אין מספיק כסף?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רגע לפני שקונים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