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רגע לפני שקונים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חמשת הצעדים שעוזרים לעצור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לפני החלטה על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התנהגות צרכנית נבונה במצבים יומיומיים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עוצרים וחושבים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כדי להחליט בצורה נבונה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ממשיכים עם ההחלטה שקיבלנו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עצר, נשם וקנה חלב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קודם עוצרים וחושבים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הצעד הראשון בתהליך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נשימה עוזרת להתרכז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 דיבור שעוזר להחליט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אחרי כל הצעדים ממשיכים הלאה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אות לצעד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(משחררים)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(נושמים)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(דיבור עצמי)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(קדימה)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הצעדים הנכונים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משחררים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דיבור 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קדימה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רגועים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ומתארים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מתאר מצב אישי ומיישם את חמשת השלבים: עוצרים, משחררים, נושמים, דיבור עצמי, קדימה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לפחות שלושה מחמשת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מבין שהעצירה מונעת קנייה לא מחושבת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נותן דוגמה דומה לסיפור בדף ומיישם עצירה ונשימה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כל אות עם תנועת גוף מתאימה (עצירה, שחרור כתפיים, נשימה)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לבקש מהתלמידים לשחק את הסיטואציה של הצעצוע והחלב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חמשת הצעדים בקול יחד לפני סיום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רגע לפני שקונים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לפעמים רואים משהו יפה בחנות ורוצים לקנות אותו מיד. בדף הזה נלמד חמישה צעדים שעוזרים לעצור לרגע ולחשוב לפני שקונים.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לפני שמחליטים לקנות משהו?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קונים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עוצרים וחושבים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בורחים מהחנות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אות מייצגת את הצעד נושמים?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עושים דיבור עצמי לפני קנייה?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לשכוח את הקנייה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להחליט בצורה נבונה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לצעוק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לרוץ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בשלב האחרון, קדימה?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חוזרים הביתה בכעס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ממשיכים עם ההחלטה שקיבלנו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קונים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עוצרים 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בדוגמה בדף, מה עשה הילד שרצה צעצוע אבל היה לו כסף רק לחלב?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לקח את הצעצוע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עצר, נשם וקנה חלב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בכה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ביקש כסף נוסף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כשרואים דבר יפה בחנות תמיד קונים אותו 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לרגע לפני שמחליטים לקנות משהו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נשימה עמוקה יכולה לעזור לנו להירגע ולחשוב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דיבור עצמי זה לדבר בכעס על עצמנו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השלב האחרון בתהליך נקרא קדימה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אות לצעד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דיבור עצמי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נושמים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קדימה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משחררים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הצעדים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קדימה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דיבור עצמי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משחררים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שקונים דבר חדש כדאי __________ רגע ולחשוב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כשנושמים עמוק מרגישים יותר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עצמי זה לדבר עם עצמנו ולהחליט מה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בסיפור, יש כסף רק ל__________ ולכן לא קונים את הצעצוע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חושבים ומתארים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שבו הייתם צריכים לעצור לפני קנייה. כתבו מה הייתם עושים בכל אחד מחמשת הצעדים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חמשת הצעדים לפני קנייה?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לעצור לפני שקונים דבר יקר?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הייתם עושים אם רואים צעצוע יפה אבל אין מספיק כסף?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רגע לפני שקונים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